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שטף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שוטפת וברורה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ולענות על שאלות לפיו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ציפור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שרה 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על הספסל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יונתן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הם הלכו לגן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הציפור הייתה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הם חזרו שמחים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ספסל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שמחים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(קריאה מהירה וחלקה)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(מושב ארוך לשבת 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(שומע בתשומת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(מביע שמחה בקול)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(מילה שקוראים לא נכון)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דנה ויונתן הולכים לגן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רואים ציפור קטנה על 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הציפור שרה שיר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הם יושבים על הספסל ומקשיבים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הם חוזרים הביתה שמחים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ציפור שרה שיר, הם הקשיבו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שמעו שיר יפה ובילו זמן נעים בגן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קטנה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 הספסל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קריאה בקול לפני מילוי הדף כדי לחזק שטף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את הטקסט פעם נוספת לפני חלק ההבנה לתלמידים מתקשים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להוסיף תרגול תזמון קריאה בעזרת שעון כפי שמוצע בכלי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שטף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קוראים טקסט קצר בקול, ועונים על שאלות עליו.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שֶׁטֶף קריאה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מהירה, חלקה וברורה בלי להיתקע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קֶצֶב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מהר קוראים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טָעוּת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שקוראים לא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הֲבָנַת הַנִּקְרָא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מה כתוב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מַקְשִׁיב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שומע בתשומת לב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סַפְסָל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מושב ארוך לשבת עליו בחוץ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היו דנה ויונתן?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ישב על העץ?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ציפור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הציפור עשתה?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שרה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עפה הרחק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אכלה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ישבו דנה ויונתן?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הדשא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הספסל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העץ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הגדר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הם הרגישו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כועסים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עייפים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צחק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יונתן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דנה ויונתן הלכו 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בגן היה עץ גדול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הציפור הייתה גדולה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דנה חייכה בזמן שישבו על הספסל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הם חזרו הביתה עצובים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דנה ויונתן הולכים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בגן יש __________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על העץ יושבת __________ קטנה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הציפור __________ שיר 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הם יושבים 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הם חוזרים הביתה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שֶׁטֶף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מילה שקוראים לא נכון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סַפְסָל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שומע בתשומת 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מַקְשִׁיב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מביע שמחה בקול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צוֹחֵק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מושב ארוך לשבת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טָעוּת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קריאה מהירה וחלקה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חוזרים הביתה שמחים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דנה ויונתן הולכים לגן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רואים ציפור קטנה על העץ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הציפור שרה שיר יפה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יושבים על הספסל ומקשיבים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בשתיים-שלוש מילים מה קרה בגן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אתם חושבים דנה ויונתן היו שמחים בסוף?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ציפור בטקסט - גדולה או קטנה?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ישבו דנה ויונתן?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הרגישו בסוף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שטף קריאה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