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שטף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שוטפת וברורה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ולענות על שאלות לפיו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ציפור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שרה 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הם הלכו 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(קריאה מהירה וחלקה)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(מושב ארוך לשבת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(שומע בתשומת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(מביע שמחה בקול)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דנה ויונתן הולכים 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רואים ציפור קטנה על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הציפור שרה שיר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 יושבים על הספסל ומקשיבים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ציפור שרה שיר, הם הקשיבו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 הספסל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קריאה בקול לפני מילוי הדף כדי לחזק שטף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הטקסט פעם נוספת לפני חלק ההבנה לתלמידים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להוסיף תרגול תזמון קריאה בעזרת שעון כפי שמוצע בכלי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שטף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קריאה מהירה וברורה, ונעבוד על הטקסט על דָּנָה וְיוֹנָתָן בַּגַּן.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גן  ·  שרה  ·  ציפור  ·  עץ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לאן הלכו דנה ויונתן?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על העץ בגן?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ציפור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עשתה הציפור?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שרה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עפה הרחק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דנה ויונתן הלכו 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בגן היה עץ 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דנה חייכה בזמן שישבו על הספסל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דנה ויונתן הולכים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בגן יש __________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על העץ יושבת __________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הציפור __________ שיר 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שֶׁטֶף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מושב ארוך לשבת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סַפְסָל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קריאה מהירה וחלקה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מַקְשִׁיב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מביע שמחה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צוֹחֵק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שומע בתשומת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הציפור שרה שיר יפה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דנה ויונתן הולכים לגן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יושבים על הספסל ומקשיבים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רואים ציפור קטנה על העץ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בשתיים-שלוש מילים מה קרה בגן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ציפור בטקסט - גדולה או קטנה?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ישבו דנה ויונתן?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שטף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